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18039" w14:textId="5659F645" w:rsidR="00A94349" w:rsidRDefault="00A94349" w:rsidP="00A35AC0">
      <w:pPr>
        <w:spacing w:after="0" w:line="360" w:lineRule="auto"/>
        <w:jc w:val="both"/>
        <w:rPr>
          <w:b/>
          <w:sz w:val="32"/>
        </w:rPr>
      </w:pPr>
      <w:r w:rsidRPr="00A94349">
        <w:rPr>
          <w:b/>
          <w:sz w:val="32"/>
        </w:rPr>
        <w:drawing>
          <wp:anchor distT="0" distB="0" distL="114300" distR="114300" simplePos="0" relativeHeight="251658240" behindDoc="0" locked="0" layoutInCell="1" allowOverlap="1" wp14:anchorId="54498709" wp14:editId="09A38234">
            <wp:simplePos x="0" y="0"/>
            <wp:positionH relativeFrom="column">
              <wp:posOffset>3041015</wp:posOffset>
            </wp:positionH>
            <wp:positionV relativeFrom="paragraph">
              <wp:posOffset>-311785</wp:posOffset>
            </wp:positionV>
            <wp:extent cx="792726" cy="571500"/>
            <wp:effectExtent l="0" t="0" r="7620" b="0"/>
            <wp:wrapNone/>
            <wp:docPr id="112691651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1651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2726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063CB5" w14:textId="4316A76B" w:rsidR="00EE3864" w:rsidRDefault="00000000" w:rsidP="00A35AC0">
      <w:pPr>
        <w:spacing w:after="0" w:line="360" w:lineRule="auto"/>
        <w:jc w:val="center"/>
      </w:pPr>
      <w:r>
        <w:rPr>
          <w:b/>
          <w:sz w:val="32"/>
        </w:rPr>
        <w:t>MODULO UNICO DI ISCRIZIONE E AUTORIZZAZIONI</w:t>
      </w:r>
    </w:p>
    <w:p w14:paraId="5C53DF4B" w14:textId="4FB8433F" w:rsidR="00EE3864" w:rsidRDefault="00A35AC0" w:rsidP="00A35AC0">
      <w:pPr>
        <w:spacing w:after="0" w:line="360" w:lineRule="auto"/>
        <w:jc w:val="center"/>
      </w:pPr>
      <w:r>
        <w:rPr>
          <w:b/>
        </w:rPr>
        <w:t xml:space="preserve"> </w:t>
      </w:r>
    </w:p>
    <w:p w14:paraId="18AA1DAF" w14:textId="40CB9BD9" w:rsidR="00EE3864" w:rsidRDefault="00000000" w:rsidP="00A35AC0">
      <w:pPr>
        <w:spacing w:after="0" w:line="360" w:lineRule="auto"/>
        <w:ind w:left="5760"/>
        <w:jc w:val="both"/>
      </w:pPr>
      <w:r>
        <w:br/>
        <w:t>All’Ufficio dei Servizi Sociali</w:t>
      </w:r>
    </w:p>
    <w:p w14:paraId="51418975" w14:textId="77777777" w:rsidR="00EE3864" w:rsidRDefault="00000000" w:rsidP="00A35AC0">
      <w:pPr>
        <w:spacing w:after="0" w:line="360" w:lineRule="auto"/>
        <w:ind w:left="5760"/>
        <w:jc w:val="both"/>
      </w:pPr>
      <w:r>
        <w:t>Comune di ___________________________</w:t>
      </w:r>
    </w:p>
    <w:p w14:paraId="23548838" w14:textId="77777777" w:rsidR="00A35AC0" w:rsidRDefault="00000000" w:rsidP="00A35AC0">
      <w:pPr>
        <w:spacing w:after="0" w:line="360" w:lineRule="auto"/>
        <w:jc w:val="both"/>
      </w:pPr>
      <w:r>
        <w:br/>
        <w:t>Il/La sottoscritto/a _________________________________________________</w:t>
      </w:r>
      <w:r w:rsidR="00A94349">
        <w:t xml:space="preserve"> </w:t>
      </w:r>
      <w:r>
        <w:t>nato/a a</w:t>
      </w:r>
      <w:r w:rsidR="00A94349">
        <w:t xml:space="preserve"> </w:t>
      </w:r>
      <w:r>
        <w:t>______________________________ Prov. ______ il ___/___/______</w:t>
      </w:r>
      <w:r w:rsidR="00A94349">
        <w:t xml:space="preserve"> </w:t>
      </w:r>
      <w:r>
        <w:t>Codice Fiscale _________________________________________________</w:t>
      </w:r>
      <w:r w:rsidR="00A94349">
        <w:t xml:space="preserve"> </w:t>
      </w:r>
      <w:r>
        <w:t>residente a</w:t>
      </w:r>
      <w:r w:rsidR="00A94349">
        <w:t xml:space="preserve"> </w:t>
      </w:r>
      <w:r>
        <w:t>_________________________________ Prov. ______</w:t>
      </w:r>
      <w:r w:rsidR="00A94349">
        <w:t xml:space="preserve"> </w:t>
      </w:r>
      <w:r>
        <w:t>in via/piazza _________________________________________________ n. _____</w:t>
      </w:r>
      <w:r>
        <w:br/>
        <w:t>telefono _______________________ e-mail ______________________________</w:t>
      </w:r>
      <w:r>
        <w:br/>
        <w:t>(allegare documento di identità)</w:t>
      </w:r>
    </w:p>
    <w:p w14:paraId="56AB7D9B" w14:textId="7CFA8D74" w:rsidR="00A94349" w:rsidRDefault="00A94349" w:rsidP="00A35AC0">
      <w:pPr>
        <w:spacing w:after="0" w:line="360" w:lineRule="auto"/>
        <w:jc w:val="both"/>
      </w:pPr>
    </w:p>
    <w:p w14:paraId="449E3ADB" w14:textId="77777777" w:rsidR="00A35AC0" w:rsidRPr="00A35AC0" w:rsidRDefault="00000000" w:rsidP="00A35AC0">
      <w:pPr>
        <w:spacing w:after="0" w:line="360" w:lineRule="auto"/>
        <w:jc w:val="both"/>
        <w:rPr>
          <w:b/>
          <w:bCs/>
        </w:rPr>
      </w:pPr>
      <w:r w:rsidRPr="00A35AC0">
        <w:rPr>
          <w:b/>
          <w:bCs/>
        </w:rPr>
        <w:t>in qualità di:</w:t>
      </w:r>
    </w:p>
    <w:p w14:paraId="60D4B3C2" w14:textId="3BDD444D" w:rsidR="00A94349" w:rsidRDefault="00000000" w:rsidP="00A35AC0">
      <w:pPr>
        <w:spacing w:after="0" w:line="360" w:lineRule="auto"/>
        <w:jc w:val="both"/>
      </w:pPr>
      <w:r>
        <w:t>☐ Genitore</w:t>
      </w:r>
      <w:r w:rsidR="00A94349">
        <w:t xml:space="preserve"> </w:t>
      </w:r>
      <w:r>
        <w:t>☐ Tutore legale</w:t>
      </w:r>
      <w:r w:rsidR="00A94349">
        <w:t xml:space="preserve"> </w:t>
      </w:r>
      <w:r>
        <w:t>☐ Altro (specificare) _______________________________________</w:t>
      </w:r>
      <w:r>
        <w:br/>
      </w:r>
      <w:r>
        <w:br/>
        <w:t>del/della minore:</w:t>
      </w:r>
    </w:p>
    <w:p w14:paraId="142A4E29" w14:textId="77777777" w:rsidR="00C03491" w:rsidRPr="00C03491" w:rsidRDefault="00000000" w:rsidP="00A35AC0">
      <w:pPr>
        <w:spacing w:after="0" w:line="360" w:lineRule="auto"/>
        <w:jc w:val="both"/>
        <w:rPr>
          <w:sz w:val="12"/>
          <w:szCs w:val="12"/>
        </w:rPr>
      </w:pPr>
      <w:r>
        <w:t>Nome __________________________ Cognome __________________________</w:t>
      </w:r>
      <w:r w:rsidR="00A94349">
        <w:t xml:space="preserve"> </w:t>
      </w:r>
      <w:r>
        <w:t>nato/a a ______________________________ il___/___/______</w:t>
      </w:r>
      <w:r>
        <w:br/>
        <w:t>Codice Fiscale _________________________________________________residente a _________________________________________________</w:t>
      </w:r>
      <w:r>
        <w:br/>
      </w:r>
      <w:r>
        <w:br/>
      </w:r>
      <w:r w:rsidRPr="00A35AC0">
        <w:rPr>
          <w:b/>
          <w:bCs/>
        </w:rPr>
        <w:t>CHIEDE</w:t>
      </w:r>
      <w:r>
        <w:br/>
      </w:r>
    </w:p>
    <w:p w14:paraId="4413BA74" w14:textId="77DDD466" w:rsidR="00A94349" w:rsidRDefault="00000000" w:rsidP="00A35AC0">
      <w:pPr>
        <w:spacing w:after="0" w:line="360" w:lineRule="auto"/>
        <w:jc w:val="both"/>
      </w:pPr>
      <w:proofErr w:type="spellStart"/>
      <w:r>
        <w:t>l’iscrizione</w:t>
      </w:r>
      <w:proofErr w:type="spellEnd"/>
      <w:r>
        <w:t xml:space="preserve"> del/della minore al servizio</w:t>
      </w:r>
      <w:r w:rsidR="00A94349">
        <w:t xml:space="preserve"> di ________________________</w:t>
      </w:r>
    </w:p>
    <w:p w14:paraId="59EA482A" w14:textId="77777777" w:rsidR="00A35AC0" w:rsidRPr="00C03491" w:rsidRDefault="00A35AC0" w:rsidP="00A35AC0">
      <w:pPr>
        <w:spacing w:after="0" w:line="360" w:lineRule="auto"/>
        <w:jc w:val="both"/>
        <w:rPr>
          <w:sz w:val="16"/>
          <w:szCs w:val="16"/>
        </w:rPr>
      </w:pPr>
    </w:p>
    <w:p w14:paraId="11D40741" w14:textId="77777777" w:rsidR="00A35AC0" w:rsidRPr="00A35AC0" w:rsidRDefault="00000000" w:rsidP="00A35AC0">
      <w:pPr>
        <w:spacing w:after="0" w:line="360" w:lineRule="auto"/>
        <w:jc w:val="both"/>
        <w:rPr>
          <w:b/>
          <w:bCs/>
        </w:rPr>
      </w:pPr>
      <w:r w:rsidRPr="00A35AC0">
        <w:rPr>
          <w:b/>
          <w:bCs/>
        </w:rPr>
        <w:t>DICHIARAZIONI SANITARIE</w:t>
      </w:r>
    </w:p>
    <w:p w14:paraId="3EF4CC2C" w14:textId="77777777" w:rsidR="00A35AC0" w:rsidRDefault="00000000" w:rsidP="00A35AC0">
      <w:pPr>
        <w:spacing w:after="0" w:line="360" w:lineRule="auto"/>
        <w:jc w:val="both"/>
      </w:pPr>
      <w:r>
        <w:t>Il/La sottoscritto/a dichiara che il/la minore:</w:t>
      </w:r>
    </w:p>
    <w:p w14:paraId="327511A5" w14:textId="5049988A" w:rsidR="00A35AC0" w:rsidRDefault="00000000" w:rsidP="00A35AC0">
      <w:pPr>
        <w:spacing w:after="0" w:line="360" w:lineRule="auto"/>
        <w:jc w:val="both"/>
      </w:pPr>
      <w:r>
        <w:t>☐ è in buono stato di salute e non presenta particolari problematiche fisiche;</w:t>
      </w:r>
    </w:p>
    <w:p w14:paraId="08DDB90B" w14:textId="5032A68E" w:rsidR="00A94349" w:rsidRDefault="00000000" w:rsidP="00A35AC0">
      <w:pPr>
        <w:spacing w:after="0" w:line="360" w:lineRule="auto"/>
        <w:jc w:val="both"/>
      </w:pPr>
      <w:r>
        <w:t>oppure</w:t>
      </w:r>
      <w:r>
        <w:br/>
        <w:t>☐ presenta le seguenti patologie/limitazioni da considerare durante le attività:</w:t>
      </w:r>
    </w:p>
    <w:p w14:paraId="75BE19FB" w14:textId="77777777" w:rsidR="00A35AC0" w:rsidRDefault="00A94349" w:rsidP="00A35AC0">
      <w:pPr>
        <w:spacing w:after="0" w:line="360" w:lineRule="auto"/>
        <w:jc w:val="both"/>
        <w:rPr>
          <w:vertAlign w:val="superscript"/>
        </w:rPr>
      </w:pPr>
      <w:r w:rsidRPr="00A94349">
        <w:rPr>
          <w:vertAlign w:val="superscript"/>
        </w:rPr>
        <w:t>(allegare certificate medico)</w:t>
      </w:r>
    </w:p>
    <w:p w14:paraId="360BD4E8" w14:textId="77777777" w:rsidR="00A35AC0" w:rsidRDefault="00000000" w:rsidP="00A35AC0">
      <w:pPr>
        <w:spacing w:after="0" w:line="360" w:lineRule="auto"/>
        <w:jc w:val="both"/>
      </w:pPr>
      <w:r>
        <w:t>__________________________________________________________________</w:t>
      </w:r>
      <w:r>
        <w:br/>
        <w:t>☐ presenta le seguenti allergie/intolleranze alimentari:</w:t>
      </w:r>
    </w:p>
    <w:p w14:paraId="11337005" w14:textId="77777777" w:rsidR="00C03491" w:rsidRDefault="00A94349" w:rsidP="00A35AC0">
      <w:pPr>
        <w:spacing w:after="0" w:line="360" w:lineRule="auto"/>
        <w:jc w:val="both"/>
        <w:rPr>
          <w:vertAlign w:val="superscript"/>
        </w:rPr>
      </w:pPr>
      <w:r w:rsidRPr="00A94349">
        <w:rPr>
          <w:vertAlign w:val="superscript"/>
        </w:rPr>
        <w:t>(allegare certificate medico)</w:t>
      </w:r>
    </w:p>
    <w:p w14:paraId="7FA2C640" w14:textId="77777777" w:rsidR="00C03491" w:rsidRDefault="00000000" w:rsidP="00A35AC0">
      <w:pPr>
        <w:spacing w:after="0" w:line="360" w:lineRule="auto"/>
        <w:jc w:val="both"/>
      </w:pPr>
      <w:r>
        <w:t>__________________________________________________________________</w:t>
      </w:r>
      <w:r>
        <w:br/>
      </w:r>
    </w:p>
    <w:p w14:paraId="79CEFB9E" w14:textId="36052D2C" w:rsidR="00A35AC0" w:rsidRDefault="00000000" w:rsidP="00A35AC0">
      <w:pPr>
        <w:spacing w:after="0" w:line="360" w:lineRule="auto"/>
        <w:jc w:val="both"/>
      </w:pPr>
      <w:r>
        <w:lastRenderedPageBreak/>
        <w:br/>
      </w:r>
      <w:r w:rsidRPr="00A35AC0">
        <w:rPr>
          <w:b/>
          <w:bCs/>
        </w:rPr>
        <w:t>USCITA DEL MINORE</w:t>
      </w:r>
    </w:p>
    <w:p w14:paraId="7F0C2E3F" w14:textId="77777777" w:rsidR="00A35AC0" w:rsidRDefault="00000000" w:rsidP="00A35AC0">
      <w:pPr>
        <w:spacing w:after="0" w:line="360" w:lineRule="auto"/>
        <w:jc w:val="both"/>
      </w:pPr>
      <w:r>
        <w:t>Il/La sottoscritto/a autorizza il/la minore a lasciare la struttura:</w:t>
      </w:r>
    </w:p>
    <w:p w14:paraId="32FE395F" w14:textId="77777777" w:rsidR="00A35AC0" w:rsidRDefault="00000000" w:rsidP="00A35AC0">
      <w:pPr>
        <w:spacing w:after="0" w:line="360" w:lineRule="auto"/>
        <w:jc w:val="both"/>
      </w:pPr>
      <w:r>
        <w:t>☐ solo con i genitori/tutori;</w:t>
      </w:r>
    </w:p>
    <w:p w14:paraId="162CA64F" w14:textId="77777777" w:rsidR="00A35AC0" w:rsidRDefault="00000000" w:rsidP="00A35AC0">
      <w:pPr>
        <w:spacing w:after="0" w:line="360" w:lineRule="auto"/>
        <w:jc w:val="both"/>
      </w:pPr>
      <w:r>
        <w:t>☐ autonomamente;</w:t>
      </w:r>
    </w:p>
    <w:p w14:paraId="544FC1BD" w14:textId="49F4D6E7" w:rsidR="00A94349" w:rsidRDefault="00000000" w:rsidP="00A35AC0">
      <w:pPr>
        <w:spacing w:after="0" w:line="360" w:lineRule="auto"/>
        <w:jc w:val="both"/>
      </w:pPr>
      <w:r>
        <w:t>☐ con le seguenti persone delegate:</w:t>
      </w:r>
    </w:p>
    <w:p w14:paraId="02917912" w14:textId="77777777" w:rsidR="00A35AC0" w:rsidRDefault="00000000" w:rsidP="00A35AC0">
      <w:pPr>
        <w:spacing w:after="0" w:line="360" w:lineRule="auto"/>
        <w:jc w:val="both"/>
      </w:pPr>
      <w:r>
        <w:br/>
        <w:t>Nome e Cognome _________________________________________________</w:t>
      </w:r>
    </w:p>
    <w:p w14:paraId="5E96A5BA" w14:textId="21DE4909" w:rsidR="00A94349" w:rsidRDefault="00000000" w:rsidP="00A35AC0">
      <w:pPr>
        <w:spacing w:after="0" w:line="360" w:lineRule="auto"/>
        <w:jc w:val="both"/>
      </w:pPr>
      <w:r>
        <w:t>grado di parentela _______________________________________________</w:t>
      </w:r>
    </w:p>
    <w:p w14:paraId="3094C842" w14:textId="77777777" w:rsidR="00A35AC0" w:rsidRDefault="00000000" w:rsidP="00A35AC0">
      <w:pPr>
        <w:spacing w:after="0" w:line="360" w:lineRule="auto"/>
        <w:jc w:val="both"/>
      </w:pPr>
      <w:r>
        <w:br/>
        <w:t>Nome e Cognome _________________________________________________</w:t>
      </w:r>
    </w:p>
    <w:p w14:paraId="786A9C68" w14:textId="77777777" w:rsidR="00A35AC0" w:rsidRDefault="00000000" w:rsidP="00A35AC0">
      <w:pPr>
        <w:spacing w:after="0" w:line="360" w:lineRule="auto"/>
        <w:jc w:val="both"/>
      </w:pPr>
      <w:r>
        <w:t>grado di parentela _______________________________________________</w:t>
      </w:r>
    </w:p>
    <w:p w14:paraId="3ADC61E1" w14:textId="77777777" w:rsidR="00A35AC0" w:rsidRPr="00C03491" w:rsidRDefault="00000000" w:rsidP="00A35AC0">
      <w:pPr>
        <w:spacing w:after="0" w:line="360" w:lineRule="auto"/>
        <w:jc w:val="both"/>
        <w:rPr>
          <w:b/>
          <w:bCs/>
        </w:rPr>
      </w:pPr>
      <w:r>
        <w:br/>
      </w:r>
      <w:r w:rsidRPr="00C03491">
        <w:rPr>
          <w:b/>
          <w:bCs/>
        </w:rPr>
        <w:t>AUTORIZZAZIONI ATTIVITÀ E USCITE FUORI SEDE</w:t>
      </w:r>
    </w:p>
    <w:p w14:paraId="171DF225" w14:textId="77777777" w:rsidR="00A35AC0" w:rsidRDefault="00000000" w:rsidP="00A35AC0">
      <w:pPr>
        <w:spacing w:after="0" w:line="360" w:lineRule="auto"/>
        <w:jc w:val="both"/>
      </w:pPr>
      <w:r>
        <w:t>Il/La sottoscritto/a AUTORIZZA gli operatori incaricati del servizio, qualora si verificasse la necessità o l’opportunità, ad accompagnare il/la minore, a piedi o con mezzo idoneo pubblico o privato, presso luoghi esterni alla sede del servizio per lo svolgimento di attività educative, ludiche, ricreative, culturali, sportive, laboratoriali, uscite didattiche, visite guidate ed escursioni.</w:t>
      </w:r>
    </w:p>
    <w:p w14:paraId="450A1040" w14:textId="72DF31E8" w:rsidR="00A35AC0" w:rsidRDefault="00000000" w:rsidP="00A35AC0">
      <w:pPr>
        <w:spacing w:after="0" w:line="360" w:lineRule="auto"/>
        <w:jc w:val="both"/>
      </w:pPr>
      <w:r>
        <w:br/>
        <w:t>Il trasporto potrà avvenire tramite mezzi pubblici e/o privati con la presenza degli operatori responsabili.</w:t>
      </w:r>
      <w:r>
        <w:br/>
      </w:r>
      <w:r>
        <w:br/>
        <w:t>☐ Autorizza la partecipazione alle uscite/gite/escursioni.</w:t>
      </w:r>
    </w:p>
    <w:p w14:paraId="22ACF917" w14:textId="77777777" w:rsidR="00A35AC0" w:rsidRDefault="00000000" w:rsidP="00A35AC0">
      <w:pPr>
        <w:spacing w:after="0" w:line="360" w:lineRule="auto"/>
        <w:jc w:val="both"/>
      </w:pPr>
      <w:r>
        <w:t>☐ Non autorizza la partecipazione alle uscite/gite/escursioni.</w:t>
      </w:r>
    </w:p>
    <w:p w14:paraId="39F87FAE" w14:textId="44CFEB7C" w:rsidR="00A35AC0" w:rsidRDefault="00000000" w:rsidP="00A35AC0">
      <w:pPr>
        <w:spacing w:after="0" w:line="360" w:lineRule="auto"/>
        <w:jc w:val="both"/>
      </w:pPr>
      <w:r>
        <w:br/>
        <w:t>Il/La sottoscritto/a dichiara:</w:t>
      </w:r>
    </w:p>
    <w:p w14:paraId="183B7DD6" w14:textId="77777777" w:rsidR="00A35AC0" w:rsidRDefault="00000000" w:rsidP="00A35AC0">
      <w:pPr>
        <w:spacing w:after="0" w:line="360" w:lineRule="auto"/>
        <w:jc w:val="both"/>
      </w:pPr>
      <w:r>
        <w:t>• di essere consapevole che la responsabilità degli operatori è limitata agli orari di svolgimento del servizio;</w:t>
      </w:r>
      <w:r>
        <w:br/>
        <w:t>• di sollevare gli enti organizzatori e gli operatori da responsabilità per eventi verificatisi al di fuori degli orari e degli spazi del servizio, salvo gli obblighi di vigilanza previsti dalla legge;</w:t>
      </w:r>
    </w:p>
    <w:p w14:paraId="64524C18" w14:textId="77777777" w:rsidR="00A35AC0" w:rsidRDefault="00000000" w:rsidP="00A35AC0">
      <w:pPr>
        <w:spacing w:after="0" w:line="360" w:lineRule="auto"/>
        <w:jc w:val="both"/>
      </w:pPr>
      <w:r>
        <w:t>• di autorizzare il personale a richiedere eventuali interventi di primo soccorso o cure urgenti in caso di necessità;</w:t>
      </w:r>
      <w:r>
        <w:br/>
        <w:t>• di impegnarsi al risarcimento di eventuali danni arrecati volontariamente dal/dalla minore a strutture, materiali o attrezzature.</w:t>
      </w:r>
    </w:p>
    <w:p w14:paraId="7D3C08AB" w14:textId="77777777" w:rsidR="00A35AC0" w:rsidRDefault="00A35AC0" w:rsidP="00A35AC0">
      <w:pPr>
        <w:spacing w:after="0" w:line="360" w:lineRule="auto"/>
        <w:jc w:val="both"/>
      </w:pPr>
    </w:p>
    <w:p w14:paraId="56EED286" w14:textId="7789D1A1" w:rsidR="00A35AC0" w:rsidRDefault="00000000" w:rsidP="00A35AC0">
      <w:pPr>
        <w:spacing w:after="0" w:line="360" w:lineRule="auto"/>
        <w:jc w:val="both"/>
      </w:pPr>
      <w:r>
        <w:br/>
      </w:r>
    </w:p>
    <w:p w14:paraId="4DB4E418" w14:textId="77777777" w:rsidR="00C03491" w:rsidRDefault="00C03491" w:rsidP="00A35AC0">
      <w:pPr>
        <w:spacing w:after="0" w:line="360" w:lineRule="auto"/>
        <w:jc w:val="both"/>
      </w:pPr>
    </w:p>
    <w:p w14:paraId="68095849" w14:textId="77777777" w:rsidR="00C03491" w:rsidRDefault="00C03491" w:rsidP="00A35AC0">
      <w:pPr>
        <w:spacing w:after="0" w:line="360" w:lineRule="auto"/>
        <w:jc w:val="both"/>
      </w:pPr>
    </w:p>
    <w:p w14:paraId="6FB2BA6A" w14:textId="26744E5B" w:rsidR="00A35AC0" w:rsidRPr="00A35AC0" w:rsidRDefault="00000000" w:rsidP="00A35AC0">
      <w:pPr>
        <w:spacing w:after="0" w:line="360" w:lineRule="auto"/>
        <w:jc w:val="both"/>
        <w:rPr>
          <w:b/>
          <w:bCs/>
        </w:rPr>
      </w:pPr>
      <w:r w:rsidRPr="00A35AC0">
        <w:rPr>
          <w:b/>
          <w:bCs/>
        </w:rPr>
        <w:lastRenderedPageBreak/>
        <w:t>AUTORIZZAZIONE FOTO E VIDEO</w:t>
      </w:r>
    </w:p>
    <w:p w14:paraId="1945E002" w14:textId="77777777" w:rsidR="00A35AC0" w:rsidRDefault="00000000" w:rsidP="00A35AC0">
      <w:pPr>
        <w:spacing w:after="0" w:line="360" w:lineRule="auto"/>
        <w:jc w:val="both"/>
      </w:pPr>
      <w:r>
        <w:t>☐ Autorizzo</w:t>
      </w:r>
    </w:p>
    <w:p w14:paraId="2696C003" w14:textId="77777777" w:rsidR="00A35AC0" w:rsidRDefault="00000000" w:rsidP="00A35AC0">
      <w:pPr>
        <w:spacing w:after="0" w:line="360" w:lineRule="auto"/>
        <w:jc w:val="both"/>
      </w:pPr>
      <w:r>
        <w:t>☐ Non autorizzo</w:t>
      </w:r>
    </w:p>
    <w:p w14:paraId="3C9B63FA" w14:textId="77777777" w:rsidR="00A35AC0" w:rsidRDefault="00000000" w:rsidP="00A35AC0">
      <w:pPr>
        <w:spacing w:after="0" w:line="360" w:lineRule="auto"/>
        <w:jc w:val="both"/>
      </w:pPr>
      <w:r>
        <w:t>la realizzazione di fotografie, riprese audio e video del/della minore durante lo svolgimento delle attività educative, ludiche, ricreative e laboratoriali.</w:t>
      </w:r>
    </w:p>
    <w:p w14:paraId="1E9E5416" w14:textId="77777777" w:rsidR="00A35AC0" w:rsidRDefault="00000000" w:rsidP="00A35AC0">
      <w:pPr>
        <w:spacing w:after="0" w:line="360" w:lineRule="auto"/>
        <w:jc w:val="both"/>
      </w:pPr>
      <w:r>
        <w:t>Le immagini e i video potranno essere utilizzati esclusivamente per finalità informative, educative, documentative e promozionali delle attività progettuali e dei servizi organizzati dagli enti gestori, anche mediante:</w:t>
      </w:r>
      <w:r>
        <w:br/>
        <w:t>• pubblicazione su siti internet istituzionali;</w:t>
      </w:r>
    </w:p>
    <w:p w14:paraId="0B7338D9" w14:textId="77777777" w:rsidR="00A35AC0" w:rsidRDefault="00000000" w:rsidP="00A35AC0">
      <w:pPr>
        <w:spacing w:after="0" w:line="360" w:lineRule="auto"/>
        <w:jc w:val="both"/>
      </w:pPr>
      <w:r>
        <w:t>• pubblicazione sui canali social ufficiali (Facebook, Instagram, ecc.);</w:t>
      </w:r>
    </w:p>
    <w:p w14:paraId="1F3A569C" w14:textId="77777777" w:rsidR="00A35AC0" w:rsidRDefault="00000000" w:rsidP="00A35AC0">
      <w:pPr>
        <w:spacing w:after="0" w:line="360" w:lineRule="auto"/>
        <w:jc w:val="both"/>
      </w:pPr>
      <w:r>
        <w:t>• brochure, locandine e materiale divulgativo;</w:t>
      </w:r>
    </w:p>
    <w:p w14:paraId="6DF9C930" w14:textId="77777777" w:rsidR="00A35AC0" w:rsidRDefault="00000000" w:rsidP="00A35AC0">
      <w:pPr>
        <w:spacing w:after="0" w:line="360" w:lineRule="auto"/>
        <w:jc w:val="both"/>
      </w:pPr>
      <w:r>
        <w:t>• documentazione di progetto e attività educative.</w:t>
      </w:r>
    </w:p>
    <w:p w14:paraId="31F97A4C" w14:textId="77777777" w:rsidR="00A35AC0" w:rsidRDefault="00000000" w:rsidP="00A35AC0">
      <w:pPr>
        <w:spacing w:after="0" w:line="360" w:lineRule="auto"/>
        <w:jc w:val="both"/>
      </w:pPr>
      <w:r>
        <w:t>L’utilizzo delle immagini avverrà nel rispetto della dignità e della tutela del minore e non sarà effettuato per finalità commerciali.</w:t>
      </w:r>
    </w:p>
    <w:p w14:paraId="50D53AAA" w14:textId="4AD582A3" w:rsidR="00A35AC0" w:rsidRDefault="00000000" w:rsidP="00A35AC0">
      <w:pPr>
        <w:spacing w:after="0" w:line="360" w:lineRule="auto"/>
        <w:jc w:val="both"/>
      </w:pPr>
      <w:r>
        <w:br/>
      </w:r>
      <w:r w:rsidRPr="00A35AC0">
        <w:rPr>
          <w:b/>
          <w:bCs/>
        </w:rPr>
        <w:t>PRIVACY – TRATTAMENTO DATI PERSONALI</w:t>
      </w:r>
    </w:p>
    <w:p w14:paraId="5FB98A79" w14:textId="77777777" w:rsidR="00A35AC0" w:rsidRDefault="00000000" w:rsidP="00A35AC0">
      <w:pPr>
        <w:spacing w:after="0" w:line="360" w:lineRule="auto"/>
        <w:jc w:val="both"/>
      </w:pPr>
      <w:r>
        <w:t>Il/La sottoscritto/a dichiara di aver preso visione dell’informativa sul trattamento dei dati personali ai sensi del Regolamento UE 2016/679 (GDPR) e autorizza il trattamento dei dati personali contenuti nel presente modulo esclusivamente per finalità connesse alla gestione del servizio e delle attività educative.</w:t>
      </w:r>
      <w:r>
        <w:br/>
      </w:r>
      <w:r>
        <w:br/>
        <w:t>Luogo ______________________________</w:t>
      </w:r>
    </w:p>
    <w:p w14:paraId="2554C26E" w14:textId="77777777" w:rsidR="00A35AC0" w:rsidRDefault="00000000" w:rsidP="00A35AC0">
      <w:pPr>
        <w:spacing w:after="0" w:line="360" w:lineRule="auto"/>
        <w:jc w:val="both"/>
      </w:pPr>
      <w:r>
        <w:br/>
        <w:t>Data ____/____/________</w:t>
      </w:r>
    </w:p>
    <w:p w14:paraId="6F071614" w14:textId="77777777" w:rsidR="00A35AC0" w:rsidRDefault="00000000" w:rsidP="00A35AC0">
      <w:pPr>
        <w:spacing w:after="0" w:line="360" w:lineRule="auto"/>
        <w:jc w:val="both"/>
      </w:pPr>
      <w:r>
        <w:br/>
        <w:t>Firma del genitore/tutore</w:t>
      </w:r>
    </w:p>
    <w:p w14:paraId="5A4320E6" w14:textId="1F1E52CB" w:rsidR="00EE3864" w:rsidRDefault="00000000" w:rsidP="00A35AC0">
      <w:pPr>
        <w:spacing w:after="0" w:line="360" w:lineRule="auto"/>
        <w:jc w:val="both"/>
      </w:pPr>
      <w:r>
        <w:t>_____________________________________</w:t>
      </w:r>
      <w:r>
        <w:br/>
      </w:r>
    </w:p>
    <w:sectPr w:rsidR="00EE3864" w:rsidSect="00A94349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06AB3" w14:textId="77777777" w:rsidR="000421A8" w:rsidRDefault="000421A8" w:rsidP="00A94349">
      <w:pPr>
        <w:spacing w:after="0" w:line="240" w:lineRule="auto"/>
      </w:pPr>
      <w:r>
        <w:separator/>
      </w:r>
    </w:p>
  </w:endnote>
  <w:endnote w:type="continuationSeparator" w:id="0">
    <w:p w14:paraId="072F16FC" w14:textId="77777777" w:rsidR="000421A8" w:rsidRDefault="000421A8" w:rsidP="00A94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EA080" w14:textId="77777777" w:rsidR="000421A8" w:rsidRDefault="000421A8" w:rsidP="00A94349">
      <w:pPr>
        <w:spacing w:after="0" w:line="240" w:lineRule="auto"/>
      </w:pPr>
      <w:r>
        <w:separator/>
      </w:r>
    </w:p>
  </w:footnote>
  <w:footnote w:type="continuationSeparator" w:id="0">
    <w:p w14:paraId="2AB93087" w14:textId="77777777" w:rsidR="000421A8" w:rsidRDefault="000421A8" w:rsidP="00A943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4501381">
    <w:abstractNumId w:val="8"/>
  </w:num>
  <w:num w:numId="2" w16cid:durableId="1375427098">
    <w:abstractNumId w:val="6"/>
  </w:num>
  <w:num w:numId="3" w16cid:durableId="1909268174">
    <w:abstractNumId w:val="5"/>
  </w:num>
  <w:num w:numId="4" w16cid:durableId="923415583">
    <w:abstractNumId w:val="4"/>
  </w:num>
  <w:num w:numId="5" w16cid:durableId="2109882965">
    <w:abstractNumId w:val="7"/>
  </w:num>
  <w:num w:numId="6" w16cid:durableId="319388855">
    <w:abstractNumId w:val="3"/>
  </w:num>
  <w:num w:numId="7" w16cid:durableId="1342199345">
    <w:abstractNumId w:val="2"/>
  </w:num>
  <w:num w:numId="8" w16cid:durableId="1400787570">
    <w:abstractNumId w:val="1"/>
  </w:num>
  <w:num w:numId="9" w16cid:durableId="347488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1A8"/>
    <w:rsid w:val="0006063C"/>
    <w:rsid w:val="0015074B"/>
    <w:rsid w:val="0029639D"/>
    <w:rsid w:val="00326F90"/>
    <w:rsid w:val="007E533A"/>
    <w:rsid w:val="008961D6"/>
    <w:rsid w:val="00A35AC0"/>
    <w:rsid w:val="00A94349"/>
    <w:rsid w:val="00AA1D8D"/>
    <w:rsid w:val="00B47730"/>
    <w:rsid w:val="00B74730"/>
    <w:rsid w:val="00C03491"/>
    <w:rsid w:val="00CB0664"/>
    <w:rsid w:val="00E27484"/>
    <w:rsid w:val="00EE38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F37BCE"/>
  <w14:defaultImageDpi w14:val="300"/>
  <w15:docId w15:val="{0D0FA6F6-93A6-4170-987E-5C0C42C1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669</Words>
  <Characters>3819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tina jamur</cp:lastModifiedBy>
  <cp:revision>2</cp:revision>
  <cp:lastPrinted>2026-05-07T09:01:00Z</cp:lastPrinted>
  <dcterms:created xsi:type="dcterms:W3CDTF">2026-05-07T09:04:00Z</dcterms:created>
  <dcterms:modified xsi:type="dcterms:W3CDTF">2026-05-07T09:04:00Z</dcterms:modified>
  <cp:category/>
</cp:coreProperties>
</file>